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אני גדל/ה – ואני אחראי/ת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אחריות - לעשות את מה שעליי ולדאוג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מעשי אחריות בבית, בכיתה ובחצר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תפקיד אחריות ולהתחייב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לעשות את מה שעליי ולדאוג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אדיר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הזכירה לו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האכיל את הדג ושם פתק בקלמר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שכחו להאכיל אותו כמה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אחריות זה לעשות את מה שעלינו גם בלי תזכורת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הזכירה לו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הטריק שעזר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הרעיון שהוצג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רשימה של 10-12 תפקידים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(דואג/ת שהצמחים בכיתה יקבלו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(מכבה ומדליק את האור בזמן הנכון)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(מעביר/ה דפים לכל הילדים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(עוזר/ת לילד חדש להרגיש שייך)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(דואג/ת לסדר בספרים של הכיתה)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אדיר קיבל תפקיד להאכיל את הדג בועה באותו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אדיר שכח להאכיל את הדג ביום ראשון ושני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הדג שחה לאט ונראה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טליה שמה לב והזכירה לאדיר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אדיר האכיל את הדג ושם פתק בקלמר כדי לזכור בפעם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שהתלמיד/ה בחר/ה תפקיד אמיתי והסביר/ה סיבה הגיונית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תיאור ברור של מעשה אחריות ורגש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פתק, תזכורת, חבר מזכיר או ציור, עם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לעשות מה שעליי/לדאוג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הזכירה לו בשקט בלי לצעוק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הגיונית הקשורה לתפקיד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על בועה בקול רם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בעצמם תפקיד אמיתי מרשימת התפקידים ולא רק לדמיין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יותר מתאימים לתלמידים שיכולים להרחיב בכתיבה ובהסבר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אני גדל/ה – ואני אחראי/ת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המושג אחריות דרך סיפור על דג זהב בשם בועה ושני ילדים בכיתה ד׳ - אדיר וטליה.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אחריות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שמישהו יזכיר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לעשות את מה שעליי ולדאוג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לעשות רק מה שבא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לאחרים לעשות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קראו לדג הזהב של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אחראי להאכיל את הדג באותו 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עשתה טליה כשראתה שאדיר שכח?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צעקה עליו מול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הזכירה לו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האכילה את הדג בלי להגיד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סיפרה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אדיר עשה אחרי שהזכירו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האכיל את הדג ושם פתק בקלמר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על 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הפסיק להיות אחראי על הדג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הדג נראה עייף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שכחו להאכיל אותו כמה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המים היו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היה זקן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זה לעשות משהו רק כשמישהו מזכיר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צעקה על אדיר כשראתה שהוא שכח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שבוע ילד או ילדה אחרים היו אחראים להאכיל את הדג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שהזכירו לאדיר הוא התחיל לשים פתק בקלמר כדי לזכור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כיתה היא כמו צמח - צריכה שמישהו ידאג לה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יש רק תפקיד אחד שאפשר לבחור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אחריות זה לעשות את מה __________ עליי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הדג של הכיתה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טליה הזכירה לאדיר __________, בלי לצעוק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אדיר שם __________ בקלמר כדי לזכור להאכיל את הדג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אחריות זה גם לדאוג __________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השבוע עושים מעגל __________ ומודים זה לזה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משקה/ת עציצים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דואג/ת לסדר בספרים של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אחראי/ת 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דואג/ת שהצמחים בכיתה יקבלו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מחלק/ת 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מכבה ומדליק את האור בזמן הנכון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מקבל/ת פנים לחדשים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מעביר/ה דפים לכל הילדים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שומר/ת ספרייה 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עוזר/ת לילד חדש להרגיש שייך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אדיר שכח להאכיל את הדג ביום ראשון ושני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אדיר האכיל את הדג ושם פתק בקלמר כדי לזכור בפעם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שמה לב והזכירה לאדיר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אדיר קיבל תפקיד להאכיל את הדג בועה באותו 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 שחה לאט ונראה עייף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תפקיד אחריות שהייתם רוצים לקחת בכיתה שלכם ולמה דווקא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פעם שבה הייתם אחראים על משהו בבית - מה קרה ואיך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טריק יעזור לכם לזכור לבצע את התפקיד שבחרתם? הסבירו למה דווקא הוא יעבוד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אחריות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עשתה טליה כשאדיר שכח את תפקידו?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אני אחראי/ת השבוע בכיתה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אני גדל/ה – ואני אחראי/ת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