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אני גדל/ה – ואני אחראי/ת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אחריות - לעשות את מה שעליי ולדאוג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מעשי אחריות בבית, בכיתה ובחצר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לבחור תפקיד אחריות ולהתחייב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לעשות את מה שעליי ולדאוג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אדיר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הזכירה לו בשקט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האכיל את הדג ושם פתק בקלמר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כי שכחו להאכיל אותו כמה 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אחריות זה לעשות את מה שעלינו גם בלי תזכורת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הזכירה לו בשקט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הטריק שעזר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הרעיון שהוצג בפתיחה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יש רשימה של 10-12 תפקידים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פתק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תפקיד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(דואג/ת שהצמחים בכיתה יקבלו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(מכבה ומדליק את האור בזמן הנכון)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(מעביר/ה דפים לכל הילדים בכיתה)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(עוזר/ת לילד חדש להרגיש שייך)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(דואג/ת לסדר בספרים של הכיתה)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אדיר קיבל תפקיד להאכיל את הדג בועה באותו 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אדיר שכח להאכיל את הדג ביום ראשון ושני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הדג שחה לאט ונראה עייף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טליה שמה לב והזכירה לאדיר בשקט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אדיר האכיל את הדג ושם פתק בקלמר כדי לזכור בפעם הבאה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שהתלמיד/ה בחר/ה תפקיד אמיתי והסביר/ה סיבה הגיונית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לבדוק תיאור ברור של מעשה אחריות ורגש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- פתק, תזכורת, חבר מזכיר או ציור, עם 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כמו: לעשות מה שעליי/לדאוג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הזכירה לו בשקט בלי לצעוק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הגיונית הקשורה לתפקיד שנבחר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על בועה בקול רם לפני מילוי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לבחור בעצמם תפקיד אמיתי מרשימת התפקידים ולא רק לדמיין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הפריטים המסומנים כקשים יותר מתאימים לתלמידים שיכולים להרחיב בכתיבה ובהסבר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אני גדל/ה – ואני אחראי/ת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מה זה אחריות. נקרא סיפור על דג בשם בועה ושני ילדים - אדיר וטליה.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לעשות את מה שעליי, גם כשאף אחד לא מזכיר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לדאוג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שמישהו או משהו בסדר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תפקיד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משימה קבועה שהילד/ה אחראי/ת עליה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להתחייב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להבטיח שאעשה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להזכיר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לעזור למישהו לזכור בלי לכעוס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טריק לזיכרון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קטנה שעוזרת לא לשכוח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 תודה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שבו מודים זה לזה על עזרה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אחריות?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לחכות שמישהו יזכיר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לעשות את מה שעליי ולדאוג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לעשות רק מה שבא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לתת לאחרים לעשות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שם הדג?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שכח להאכיל את הדג?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עשתה טליה?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צעקה עליו מול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הזכירה לו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האכילה את הדג בלי להגיד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סיפרה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עשה אדיר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האכיל את הדג ושם פתק בקלמר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כעס על טליה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הפסיק להיות אחראי על הדג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הדג היה עייף?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היה חולה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שכחו להאכיל אותו כמה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המים היו 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היה זקן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זה לעשות משהו רק כשמישהו מזכיר 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טליה צעקה על אדיר כשראתה שהוא שכח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שבוע ילד או ילדה אחרים היו אחראים להאכיל את הדג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שהזכירו לאדיר הוא התחיל לשים פתק בקלמר כדי לזכור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כיתה היא כמו צמח - צריכה שמישהו ידאג לה כל 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בכיתה יש רק תפקיד אחד שאפשר לבחור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אחריות זה לעשות את מה __________ עליי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הדג של הכיתה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טליה הזכירה לאדיר __________, בלי לצעוק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אדיר שם __________ בקלמר כדי לזכור להאכיל את הדג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אחריות זה גם לדאוג __________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בסוף השבוע עושים מעגל __________ ומודים זה לזה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תפקיד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משקה/ת עציצים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מכבה ומדליק את האור בזמן הנכון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אחראי/ת אורות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עוזר/ת לילד חדש להרגיש שייך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מחלק/ת דפים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דואג/ת שהצמחים בכיתה יקבלו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מקבל/ת פנים לחדשים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דואג/ת לסדר בספרים של 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שומר/ת ספרייה כיתתית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מעביר/ה דפים לכל הילדים 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הדג שחה לאט ונראה עייף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אדיר קיבל תפקיד להאכיל את הדג בועה באותו שבוע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אדיר שכח להאכיל את הדג ביום ראשון ושני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אדיר האכיל את הדג ושם פתק בקלמר כדי לזכור בפעם הבאה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טליה שמה לב והזכירה לאדיר בשקט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על תפקיד אחריות שהייתם רוצים לקחת בכיתה שלכם ולמה דווקא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על פעם שבה הייתם אחראים על משהו בבית - מה קרה ואיך הרגשתם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טריק יעזור לכם לזכור לבצע את התפקיד שבחרתם? הסבירו למה דווקא הוא יעבוד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אחריות במילה אחת או שתיים?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עשתה טליה כשאדיר שכח את תפקידו?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 מה אני אחראי/ת השבוע בכיתה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אני גדל/ה – ואני אחראי/ת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