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אני גדל/ה – ואני אחראי/ת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אחריות - לעשות את מה שעליי ולדאוג לאחרים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מעשי אחריות בבית, בכיתה ובחצר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לבחור תפקיד אחריות ולהתחייב אליו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לעשות את מה שעליי ולדאוג לאחרים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בועה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אדיר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אחריות זה לעשות את מה שעלינו גם בלי תזכורת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היא הזכירה לו בשקט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מתואר בסיפור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בשקט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פתק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תפקיד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(דואג/ת שהצמחים בכיתה יקבלו 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(מכבה ומדליק את האור בזמן הנכון)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(מעביר/ה דפים לכל הילדים בכיתה)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(עוזר/ת לילד חדש להרגיש שייך)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אדיר קיבל תפקיד להאכיל את הדג בועה באותו שבוע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אדיר שכח להאכיל את הדג ביום ראשון ושני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הדג שחה לאט ונראה עייף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טליה שמה לב והזכירה לאדיר בשקט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לבדוק שהתלמיד/ה בחר/ה תפקיד אמיתי והסביר/ה סיבה הגיונית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- פתק, תזכורת, חבר מזכיר או ציור, עם הסבר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כמו: לעשות מה שעליי/לדאוג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הזכירה לו בשקט בלי לצעוק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אישית הגיונית הקשורה לתפקיד שנבחר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הסיפור על בועה בקול רם לפני מילוי הדף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לתת לתלמידים לבחור בעצמם תפקיד אמיתי מרשימת התפקידים ולא רק לדמיין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הפריטים המסומנים כקשים יותר מתאימים לתלמידים שיכולים להרחיב בכתיבה ובהסבר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אני גדל/ה – ואני אחראי/ת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את המושג אחריות דרך סיפור על דג זהב בשם בועה ושני ילדים בכיתה ד׳ - אדיר וטליה.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בועה  ·  בשקט  ·  ש  ·  פתק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אחריות לפי הדף?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לחכות שמישהו יזכיר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לעשות את מה שעליי ולדאוג לאחרים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לעשות רק מה שבא 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איך קראו לדג הזהב של הכיתה?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נונו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בועה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זהבי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מי היה אחראי להאכיל את הדג באותו שבוע?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טליה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אדיר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אחריות זה לעשות משהו רק כשמישהו מזכיר לנו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טליה צעקה על אדיר כשראתה שהוא שכח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 שבוע ילד או ילדה אחרים היו אחראים להאכיל את הדג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אחריות זה לעשות את מה __________ עליי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הדג של הכיתה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טליה הזכירה לאדיר __________, בלי לצעוק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4. אדיר שם __________ בקלמר כדי לזכור להאכיל את הדג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תפקיד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משקה/ת עציצים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מעביר/ה דפים לכל הילדים בכיתה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אחראי/ת אורות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עוזר/ת לילד חדש להרגיש שייך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מחלק/ת דפים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דואג/ת שהצמחים בכיתה יקבלו 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מקבל/ת פנים לחדשים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מכבה ומדליק את האור בזמן הנכון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טליה שמה לב והזכירה לאדיר בשקט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הדג שחה לאט ונראה עייף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אדיר שכח להאכיל את הדג ביום ראשון ושני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אדיר קיבל תפקיד להאכיל את הדג בועה באותו שבוע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על תפקיד אחריות שהייתם רוצים לקחת בכיתה שלכם ולמה דווקא אותו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איזה טריק יעזור לכם לזכור לבצע את התפקיד שבחרתם? הסבירו למה דווקא הוא יעבוד 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זה אחריות במילה אחת או שתיים?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עשתה טליה כשאדיר שכח את תפקידו?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אני גדל/ה – ואני אחראי/ת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